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A5F"/>
          <w:sz w:val="30"/>
        </w:rPr>
        <w:t>Musterbrief 1 — Antrag auf vollständige Akteneinsicht</w:t>
      </w:r>
    </w:p>
    <w:p>
      <w:pPr>
        <w:spacing w:after="200"/>
      </w:pPr>
      <w:r>
        <w:rPr>
          <w:color w:val="1F3A5F"/>
          <w:sz w:val="21"/>
        </w:rPr>
        <w:t>§ 25 SGB X · Art. 15 DSGVO</w:t>
      </w:r>
    </w:p>
    <w:p>
      <w:pPr>
        <w:spacing w:after="40"/>
      </w:pPr>
      <w:r>
        <w:rPr>
          <w:b/>
          <w:sz w:val="20"/>
        </w:rPr>
        <w:t>Wann du diesen Brief brauchst:</w:t>
      </w:r>
    </w:p>
    <w:p>
      <w:pPr>
        <w:spacing w:after="160"/>
      </w:pPr>
      <w:r>
        <w:rPr>
          <w:color w:val="444444"/>
          <w:sz w:val="20"/>
        </w:rPr>
        <w:t>Immer, so früh wie möglich – du kannst nichts widerlegen, was du nicht kennst.</w:t>
      </w:r>
    </w:p>
    <w:p>
      <w:pPr>
        <w:spacing w:after="40"/>
      </w:pPr>
      <w:r>
        <w:rPr>
          <w:b/>
          <w:sz w:val="20"/>
        </w:rPr>
        <w:t>Bitte zuerst lesen:</w:t>
      </w:r>
    </w:p>
    <w:p>
      <w:pPr>
        <w:spacing w:after="160"/>
      </w:pPr>
      <w:r>
        <w:rPr>
          <w:color w:val="444444"/>
          <w:sz w:val="20"/>
        </w:rPr>
        <w:t>Diese Vorlage ist eine allgemeine Formulierungshilfe, keine Rechtsberatung im Einzelfall und keine Rechtsdienstleistung. Ersetze alle Angaben in eckigen Klammern […] durch deine eigenen Daten, streiche, was auf dich nicht zutrifft, und lass den Brief im Zweifel anwaltlich prüfen. Versende wichtige Schreiben per Einschreiben mit Rückschein oder gegen Empfangsbestätigung und behalte immer eine Kopie.</w:t>
      </w:r>
    </w:p>
    <w:p>
      <w:pPr>
        <w:spacing w:after="240"/>
      </w:pPr>
      <w:r>
        <w:t>──────────────────────────────────────────────</w:t>
      </w:r>
    </w:p>
    <w:p>
      <w:pPr>
        <w:spacing w:after="200"/>
      </w:pPr>
      <w:r>
        <w:t>[Vorname Nachname]</w:t>
      </w:r>
      <w:r>
        <w:br/>
      </w:r>
      <w:r>
        <w:t>[Straße, Hausnummer]</w:t>
      </w:r>
      <w:r>
        <w:br/>
      </w:r>
      <w:r>
        <w:t>[PLZ Ort]</w:t>
      </w:r>
      <w:r>
        <w:br/>
      </w:r>
      <w:r>
        <w:t>[Telefon] · [E-Mail]</w:t>
      </w:r>
    </w:p>
    <w:p>
      <w:pPr>
        <w:spacing w:after="200"/>
      </w:pPr>
      <w:r>
        <w:t>Jugendamt [Stadt/Landkreis]</w:t>
      </w:r>
      <w:r>
        <w:br/>
      </w:r>
      <w:r>
        <w:t>[Abteilung / Allgemeiner Sozialer Dienst]</w:t>
      </w:r>
      <w:r>
        <w:br/>
      </w:r>
      <w:r>
        <w:t>[Straße, PLZ Ort]</w:t>
      </w:r>
    </w:p>
    <w:p>
      <w:pPr>
        <w:spacing w:after="200"/>
        <w:jc w:val="right"/>
      </w:pPr>
      <w:r>
        <w:t>[Ort], [Datum]</w:t>
      </w:r>
    </w:p>
    <w:p>
      <w:pPr>
        <w:spacing w:after="200"/>
      </w:pPr>
      <w:r>
        <w:rPr>
          <w:b/>
        </w:rPr>
        <w:t>Betreff: Antrag auf vollständige Akteneinsicht gemäß § 25 SGB X und Auskunft</w:t>
      </w:r>
      <w:r>
        <w:br/>
      </w:r>
      <w:r>
        <w:t xml:space="preserve">         nach Art. 15 DSGVO</w:t>
      </w:r>
      <w:r>
        <w:br/>
      </w:r>
      <w:r>
        <w:t xml:space="preserve">         Kind: [Name], geb. [Geburtsdatum] · Aktenzeichen: [falls bekannt]</w:t>
      </w:r>
    </w:p>
    <w:p>
      <w:pPr>
        <w:spacing w:after="200"/>
      </w:pPr>
      <w:r>
        <w:t>Sehr geehrte Damen und Herren,</w:t>
      </w:r>
    </w:p>
    <w:p>
      <w:pPr>
        <w:spacing w:after="160"/>
      </w:pPr>
      <w:r>
        <w:t>zur Wahrnehmung meiner rechtlichen Interessen im oben genannten Verfahren beantrage ich hiermit vollständige Einsicht in die mich und mein Kind betreffenden Akten gemäß § 25 SGB X sowie Auskunft über die zu meiner Person und zu meinem Kind gespeicherten Daten gemäß Art. 15 DSGVO.</w:t>
      </w:r>
    </w:p>
    <w:p>
      <w:pPr>
        <w:spacing w:after="160"/>
      </w:pPr>
      <w:r>
        <w:t>Der Antrag erstreckt sich ausdrücklich auf:</w:t>
      </w:r>
    </w:p>
    <w:p>
      <w:pPr>
        <w:spacing w:after="40"/>
        <w:ind w:left="397" w:hanging="227"/>
      </w:pPr>
      <w:r>
        <w:t>- die Hauptakte sowie sämtliche Neben- und Handakten,</w:t>
      </w:r>
    </w:p>
    <w:p>
      <w:pPr>
        <w:spacing w:after="40"/>
        <w:ind w:left="397" w:hanging="227"/>
      </w:pPr>
      <w:r>
        <w:t>- Gesprächsvermerke und interne Aktennotizen,</w:t>
      </w:r>
    </w:p>
    <w:p>
      <w:pPr>
        <w:spacing w:after="40"/>
        <w:ind w:left="397" w:hanging="227"/>
      </w:pPr>
      <w:r>
        <w:t>- die Gefährdungseinschätzung(en) nach § 8a SGB VIII,</w:t>
      </w:r>
    </w:p>
    <w:p>
      <w:pPr>
        <w:spacing w:after="40"/>
        <w:ind w:left="397" w:hanging="227"/>
      </w:pPr>
      <w:r>
        <w:t>- Berichte und Stellungnahmen an das Familiengericht,</w:t>
      </w:r>
    </w:p>
    <w:p>
      <w:pPr>
        <w:spacing w:after="40"/>
        <w:ind w:left="397" w:hanging="227"/>
      </w:pPr>
      <w:r>
        <w:t>- Korrespondenz mit Dritten (Schule, Kita, Ärzte, Einrichtungen),</w:t>
      </w:r>
    </w:p>
    <w:p>
      <w:pPr>
        <w:spacing w:after="40"/>
        <w:ind w:left="397" w:hanging="227"/>
      </w:pPr>
      <w:r>
        <w:t>- E-Mail-Korrespondenz, soweit sie zur Akte genommen wurde.</w:t>
      </w:r>
    </w:p>
    <w:p>
      <w:pPr>
        <w:spacing w:after="160"/>
      </w:pPr>
      <w:r>
        <w:t>Ich bitte um Übersendung vollständiger Kopien an die oben genannte Anschrift. Sollten Kosten anfallen, bitte ich um vorherige Mitteilung der Höhe. Alternativ bitte ich um einen Termin zur Einsichtnahme vor Ort mit der Möglichkeit, Fotos oder Kopien anzufertigen.</w:t>
      </w:r>
    </w:p>
    <w:p>
      <w:pPr>
        <w:spacing w:after="160"/>
      </w:pPr>
      <w:r>
        <w:t>Sollten Teile der Akte von der Einsicht ausgenommen werden, bitte ich um schriftliche Mitteilung, welche Teile dies betrifft und auf welche Rechtsgrundlage die Einschränkung gestützt wird.</w:t>
      </w:r>
    </w:p>
    <w:p>
      <w:pPr>
        <w:spacing w:after="200"/>
      </w:pPr>
      <w:r>
        <w:t>Ich bitte um Rückmeldung bis zum [Datum, 14 Tage].</w:t>
      </w:r>
    </w:p>
    <w:p>
      <w:pPr>
        <w:spacing w:after="200"/>
      </w:pPr>
      <w:r>
        <w:t>Mit freundlichen Grüßen</w:t>
      </w:r>
    </w:p>
    <w:p>
      <w:pPr>
        <w:spacing w:after="200"/>
      </w:pPr>
      <w:r>
        <w:t>[Handschriftliche Unterschrift]</w:t>
      </w:r>
      <w:r>
        <w:br/>
      </w:r>
      <w:r>
        <w:t>[Vorname Nachname]</w:t>
      </w:r>
    </w:p>
    <w:p>
      <w:pPr>
        <w:spacing w:before="240"/>
      </w:pPr>
      <w:r>
        <w:t>──────────────────────────────────────────────</w:t>
      </w:r>
    </w:p>
    <w:p>
      <w:pPr>
        <w:spacing w:after="40"/>
      </w:pPr>
      <w:r>
        <w:rPr>
          <w:b/>
          <w:sz w:val="20"/>
        </w:rPr>
        <w:t>Das gehört in deinen Fall hinein:</w:t>
      </w:r>
    </w:p>
    <w:p>
      <w:pPr>
        <w:spacing w:after="160"/>
      </w:pPr>
      <w:r>
        <w:rPr>
          <w:color w:val="444444"/>
          <w:sz w:val="20"/>
        </w:rPr>
        <w:t>Aktenzeichen, falls du eines hast; das genaue Geburtsdatum des Kindes; die Anschrift des zuständigen Jugendamts (nicht der Zentrale).</w:t>
      </w:r>
    </w:p>
    <w:p>
      <w:pPr>
        <w:spacing w:after="40"/>
      </w:pPr>
      <w:r>
        <w:rPr>
          <w:b/>
          <w:sz w:val="20"/>
        </w:rPr>
        <w:t>Das gehört nicht hinein:</w:t>
      </w:r>
    </w:p>
    <w:p>
      <w:pPr>
        <w:spacing w:after="160"/>
      </w:pPr>
      <w:r>
        <w:rPr>
          <w:color w:val="444444"/>
          <w:sz w:val="20"/>
        </w:rPr>
        <w:t>Vorwürfe, Begründungen, warum du misstrauisch bist, oder eine Erklärung deiner Lebenssituation. Ein Akteneinsichtsantrag braucht keine Rechtfertigung.</w:t>
      </w:r>
    </w:p>
    <w:p>
      <w:pPr>
        <w:spacing w:after="40"/>
      </w:pPr>
      <w:r>
        <w:rPr>
          <w:b/>
          <w:sz w:val="20"/>
        </w:rPr>
        <w:t>Was du wissen solltest:</w:t>
      </w:r>
    </w:p>
    <w:p>
      <w:pPr>
        <w:spacing w:after="160"/>
      </w:pPr>
      <w:r>
        <w:rPr>
          <w:color w:val="444444"/>
          <w:sz w:val="20"/>
        </w:rPr>
        <w:t>Das Recht aus § 25 SGB X besteht, soweit die Kenntnis zur Geltendmachung oder Verteidigung deiner rechtlichen Interessen erforderlich ist. Es ist nicht schrankenlos: Angaben, die Dritte betreffen — etwa die meldende Person oder Aussagen des anderen Elternteils — können geschwärzt werden. Deshalb der vorletzte Absatz: Du fragst gezielt nach, was warum ausgenommen wurde. Eine pauschale Ablehnung ohne Begründung musst du nicht hinnehmen.</w:t>
      </w:r>
    </w:p>
    <w:p>
      <w:pPr>
        <w:spacing w:before="280"/>
      </w:pPr>
      <w:r>
        <w:rPr>
          <w:color w:val="777777"/>
          <w:sz w:val="17"/>
        </w:rPr>
        <w:t>Systemfehler Familie · systemfehlerfamilie.de — Vorlage zur eigenen Verwendung. Keine Rechtsberatung. Rechtsstand: August 2026.</w:t>
      </w:r>
    </w:p>
    <w:sectPr w:rsidR="00FC693F" w:rsidRPr="0006063C" w:rsidSect="00034616">
      <w:pgSz w:w="12240" w:h="15840"/>
      <w:pgMar w:top="1134" w:right="1134"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