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30"/>
        </w:rPr>
        <w:t>Musterbrief 2 — Ankündigung eines Beistands</w:t>
      </w:r>
    </w:p>
    <w:p>
      <w:pPr>
        <w:spacing w:after="200"/>
      </w:pPr>
      <w:r>
        <w:rPr>
          <w:color w:val="1F3A5F"/>
          <w:sz w:val="21"/>
        </w:rPr>
        <w:t>§ 13 Abs. 4 SGB X</w:t>
      </w:r>
    </w:p>
    <w:p>
      <w:pPr>
        <w:spacing w:after="40"/>
      </w:pPr>
      <w:r>
        <w:rPr>
          <w:b/>
          <w:sz w:val="20"/>
        </w:rPr>
        <w:t>Wann du diesen Brief brauchst:</w:t>
      </w:r>
    </w:p>
    <w:p>
      <w:pPr>
        <w:spacing w:after="160"/>
      </w:pPr>
      <w:r>
        <w:rPr>
          <w:color w:val="444444"/>
          <w:sz w:val="20"/>
        </w:rPr>
        <w:t>Vor jedem Termin beim Jugendamt.</w:t>
      </w:r>
    </w:p>
    <w:p>
      <w:pPr>
        <w:spacing w:after="40"/>
      </w:pPr>
      <w:r>
        <w:rPr>
          <w:b/>
          <w:sz w:val="20"/>
        </w:rPr>
        <w:t>Bitte zuerst lesen:</w:t>
      </w:r>
    </w:p>
    <w:p>
      <w:pPr>
        <w:spacing w:after="160"/>
      </w:pPr>
      <w:r>
        <w:rPr>
          <w:color w:val="444444"/>
          <w:sz w:val="20"/>
        </w:rPr>
        <w:t>Diese Vorlage ist eine allgemeine Formulierungshilfe, keine Rechtsberatung im Einzelfall und keine Rechtsdienstleistung. Ersetze alle Angaben in eckigen Klammern […] durch deine eigenen Daten, streiche, was auf dich nicht zutrifft, und lass den Brief im Zweifel anwaltlich prüfen. Versende wichtige Schreiben per Einschreiben mit Rückschein oder gegen Empfangsbestätigung und behalte immer eine Kopie.</w:t>
      </w:r>
    </w:p>
    <w:p>
      <w:pPr>
        <w:spacing w:after="240"/>
      </w:pPr>
      <w:r>
        <w:t>──────────────────────────────────────────────</w:t>
      </w:r>
    </w:p>
    <w:p>
      <w:pPr>
        <w:spacing w:after="200"/>
      </w:pPr>
      <w:r>
        <w:t>[Vorname Nachname]</w:t>
      </w:r>
      <w:r>
        <w:br/>
      </w:r>
      <w:r>
        <w:t>[Straße, Hausnummer]</w:t>
      </w:r>
      <w:r>
        <w:br/>
      </w:r>
      <w:r>
        <w:t>[PLZ Ort]</w:t>
      </w:r>
      <w:r>
        <w:br/>
      </w:r>
      <w:r>
        <w:t>[Telefon] · [E-Mail]</w:t>
      </w:r>
    </w:p>
    <w:p>
      <w:pPr>
        <w:spacing w:after="200"/>
      </w:pPr>
      <w:r>
        <w:t>Jugendamt [Stadt/Landkreis]</w:t>
      </w:r>
      <w:r>
        <w:br/>
      </w:r>
      <w:r>
        <w:t>Frau/Herrn [Name der Fachkraft]</w:t>
      </w:r>
      <w:r>
        <w:br/>
      </w:r>
      <w:r>
        <w:t>[Straße, PLZ Ort]</w:t>
      </w:r>
    </w:p>
    <w:p>
      <w:pPr>
        <w:spacing w:after="200"/>
        <w:jc w:val="right"/>
      </w:pPr>
      <w:r>
        <w:t>[Ort], [Datum]</w:t>
      </w:r>
    </w:p>
    <w:p>
      <w:pPr>
        <w:spacing w:after="200"/>
      </w:pPr>
      <w:r>
        <w:rPr>
          <w:b/>
        </w:rPr>
        <w:t>Betreff: Termin am [Datum, Uhrzeit] – Hinzuziehung eines Beistands</w:t>
      </w:r>
      <w:r>
        <w:br/>
      </w:r>
      <w:r>
        <w:t xml:space="preserve">         gemäß § 13 Abs. 4 SGB X</w:t>
      </w:r>
      <w:r>
        <w:br/>
      </w:r>
      <w:r>
        <w:t xml:space="preserve">         Kind: [Name], geb. [Geburtsdatum] · Aktenzeichen: [falls bekannt]</w:t>
      </w:r>
    </w:p>
    <w:p>
      <w:pPr>
        <w:spacing w:after="200"/>
      </w:pPr>
      <w:r>
        <w:t>Sehr geehrte Frau [Name] / Sehr geehrter Herr [Name],</w:t>
      </w:r>
    </w:p>
    <w:p>
      <w:pPr>
        <w:spacing w:after="200"/>
      </w:pPr>
      <w:r>
        <w:t>zu dem oben genannten Termin werde ich in Begleitung erscheinen.</w:t>
      </w:r>
    </w:p>
    <w:p>
      <w:pPr>
        <w:spacing w:after="160"/>
      </w:pPr>
      <w:r>
        <w:t>Ich mache von meinem Recht nach § 13 Abs. 4 SGB X Gebrauch, das Gespräch in Anwesenheit eines Beistands zu führen.</w:t>
      </w:r>
    </w:p>
    <w:p>
      <w:pPr>
        <w:spacing w:after="200"/>
      </w:pPr>
      <w:r>
        <w:t>Beistand:  [Vorname Nachname]</w:t>
      </w:r>
      <w:r>
        <w:br/>
      </w:r>
      <w:r>
        <w:t xml:space="preserve">           [Anschrift]</w:t>
      </w:r>
    </w:p>
    <w:p>
      <w:pPr>
        <w:spacing w:after="160"/>
      </w:pPr>
      <w:r>
        <w:t>Mein Beistand wird während des Gesprächs Notizen anfertigen. Mir ist bekannt, dass das von meinem Beistand Vorgetragene als von mir vorgebracht gilt, soweit ich dem nicht unverzüglich widerspreche.</w:t>
      </w:r>
    </w:p>
    <w:p>
      <w:pPr>
        <w:spacing w:after="160"/>
      </w:pPr>
      <w:r>
        <w:t>Sollten Sie beabsichtigen, meinen Beistand zurückzuweisen, bitte ich um vorherige schriftliche Mitteilung unter Angabe der Rechtsgrundlage (§ 13 Abs. 7 SGB X), damit ich mich darauf einstellen kann.</w:t>
      </w:r>
    </w:p>
    <w:p>
      <w:pPr>
        <w:spacing w:after="200"/>
      </w:pPr>
      <w:r>
        <w:t>Mit freundlichen Grüßen</w:t>
      </w:r>
    </w:p>
    <w:p>
      <w:pPr>
        <w:spacing w:after="200"/>
      </w:pPr>
      <w:r>
        <w:t>[Handschriftliche Unterschrift]</w:t>
      </w:r>
      <w:r>
        <w:br/>
      </w:r>
      <w:r>
        <w:t>[Vorname Nachname]</w:t>
      </w:r>
    </w:p>
    <w:p>
      <w:pPr>
        <w:spacing w:before="240"/>
      </w:pPr>
      <w:r>
        <w:t>──────────────────────────────────────────────</w:t>
      </w:r>
    </w:p>
    <w:p>
      <w:pPr>
        <w:spacing w:after="40"/>
      </w:pPr>
      <w:r>
        <w:rPr>
          <w:b/>
          <w:sz w:val="20"/>
        </w:rPr>
        <w:t>Das gehört in deinen Fall hinein:</w:t>
      </w:r>
    </w:p>
    <w:p>
      <w:pPr>
        <w:spacing w:after="160"/>
      </w:pPr>
      <w:r>
        <w:rPr>
          <w:color w:val="444444"/>
          <w:sz w:val="20"/>
        </w:rPr>
        <w:t>Name und Anschrift der Begleitperson, Termin mit Uhrzeit.</w:t>
      </w:r>
    </w:p>
    <w:p>
      <w:pPr>
        <w:spacing w:after="40"/>
      </w:pPr>
      <w:r>
        <w:rPr>
          <w:b/>
          <w:sz w:val="20"/>
        </w:rPr>
        <w:t>Das gehört nicht hinein:</w:t>
      </w:r>
    </w:p>
    <w:p>
      <w:pPr>
        <w:spacing w:after="160"/>
      </w:pPr>
      <w:r>
        <w:rPr>
          <w:color w:val="444444"/>
          <w:sz w:val="20"/>
        </w:rPr>
        <w:t>Eine Begründung, warum du jemanden mitbringst. Du schuldest keine.</w:t>
      </w:r>
    </w:p>
    <w:p>
      <w:pPr>
        <w:spacing w:after="40"/>
      </w:pPr>
      <w:r>
        <w:rPr>
          <w:b/>
          <w:sz w:val="20"/>
        </w:rPr>
        <w:t>Warum der letzte Absatz wichtig ist:</w:t>
      </w:r>
    </w:p>
    <w:p>
      <w:pPr>
        <w:spacing w:after="160"/>
      </w:pPr>
      <w:r>
        <w:rPr>
          <w:color w:val="444444"/>
          <w:sz w:val="20"/>
        </w:rPr>
        <w:t>Er verlagert die Diskussion vom Türrahmen auf das Papier. Wer schriftlich begründen muss, weist selten pauschal zurück.</w:t>
      </w:r>
    </w:p>
    <w:p>
      <w:pPr>
        <w:spacing w:before="280"/>
      </w:pPr>
      <w:r>
        <w:rPr>
          <w:color w:val="777777"/>
          <w:sz w:val="17"/>
        </w:rPr>
        <w:t>Systemfehler Familie · systemfehlerfamilie.de — Vorlage zur eigenen Verwendung. Keine Rechtsberatung. Rechtsstand: August 2026.</w:t>
      </w:r>
    </w:p>
    <w:sectPr w:rsidR="00FC693F" w:rsidRPr="0006063C" w:rsidSect="00034616">
      <w:pgSz w:w="12240" w:h="15840"/>
      <w:pgMar w:top="1134" w:right="1134"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